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מבצע קלפי – חדר בריחה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מבצע קלפי - הצבעה ובחירות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בהצבעה ובבחירות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עקרון הרוב ואת חשיבות הסודיות בהצבעה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תהליך ההצבעה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לשמור את הפתקים עד שסופרים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המספר הגדול ביותר של 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הסודיות - שאף אחד לא ידע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 שמציע את עצמו או שמציעים אותו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לשמור שההצבעה תהיה הוגנת ולספור את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תפקידה של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ההצבעה צריכה להיות סודית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עקרון הרוב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תפקידה העיקרי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מועמד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ועדת הקלפי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(תיבה לשמירת הפתקים)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(המספר הגדול ביותר של 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שאפשר להצביע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(אף אחד לא יודע למי הצבעת)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(קבוצה ששומרת על הגינות ההצבעה)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ההצבעה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מצביע מקבל פתק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המצביע בוחר במועמד ומסמן את בחירתו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המצביע שם את הפתק בתוך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ועדת הקלפי סוגרת את הקלפי ופותחת אותה לספירה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סופרים את הקולות ומכריזים על המנצח לפי הרוב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אחד יוכל להצביע בחופשיות, בלי פחד שמישהו ישפוט אותו על הבחירה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רוב - המספר הגדול ביותר של 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סודיות מגנה על חופש הבחירה של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ועדת הקלפי שומרת על הגינות התהליך וסופרת את הקולות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ההצבעה בכיתה על נושא אמיתי שמעניין את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הצבעה גלויה לסודית בדוגמאות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הצבעה קצרה בכיתה בסיום הדף כדי להמחיש את התהליך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מבצע קלפי – חדר בריחה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מבצע קלפי - הצבעה ובחירות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מצביעים בבחירות. זה עוזר לטובי היענשוף לפתוח את הקלפי.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תיבה סגורה ששמים בה את פתקי ההצבעה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הפעולה שבה כל אחד בוחר מה הוא רוצה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הגדול ביותר של קולות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מועמד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שאפשר להצביע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 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קטן שכותבים או מסמנים עליו את הבחירה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סודיות ההצבעה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אף אחד לא יודע למי הצבעת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של כל אחד להצביע ולהביע את דעתו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ועדת 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ששומרים שההצבעה תהיה הוגנת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עם תיבת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לשמור את הפתקים עד שסופרים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לשמור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לשמור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לשמור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מנצח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הגדול ביותר של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המספר הקטן ביותר של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שווה אצל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דבר כזה 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לשמור כשמצביעים?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הסודיות - שאף אחד לא ידע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לכולם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להצביע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להצביע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זה מועמד?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שמציע את עצמו או שמציעים אותו לבחירה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שסופר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שבונה את תיבת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שמחלק את הפתקים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ועדת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שההצבעה תהיה הוגנת ולספור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מראש מי ינצח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במקום המצביעים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את כל הפתקים בעצמם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 היא התיבה שבה שמים את פתקי ההצבעה.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להציץ לפתק של מישהו אחר בזמן ההצבעה.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 הכי הרבה קולות מנצח לפי כלל הרוב.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דואגת שההצבעה תתנהל בהגינות.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שמים את פתק ההצבעה בתוך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המספר הגדול ביותר של קולות בהצבעה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חשוב לשמור על ה__________ בהצבעה, כדי שאף אחד לא ידע למי הצבעת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שמציעים לבחור בו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שומרת שההצבעה תהיה הוגנת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אף אחד לא יודע למי הצבעת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שאפשר להצביע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מועמד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המספר הגדול ביותר של 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סודיות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קבוצה ששומרת על הגינות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ועדת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תיבה לשמירת הפתקים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ההצבעה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סוגרת את הקלפי ופותחת אותה לספירה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מצביע מקבל פתק הצבעה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בוחר במועמד ומסמן את בחירתו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את הקולות ומכריזים על המנצח לפי הרוב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שם את הפתק בתוך הקלפי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שההצבעה תהיה סודית?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'רוב' בהצבעה?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חשובה סודיות ההצבעה?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תפקידה של ועדת הקלפי?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מבצע קלפי - הצבעה ובחירות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