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מבצע קלפי – חדר בריחה ליסודי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מבצע קלפי - הצבעה ובחירות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בהצבעה ובבחירות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עקרון הרוב ואת חשיבות הסודיות בהצבעה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שלבי תהליך ההצבעה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כדי לשמור את הפתקים עד שסופרים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המספר הגדול ביותר של קולות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תפקידה של הקלפי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עקרון הרוב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(תיבה לשמירת הפתקים)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(המספר הגדול ביותר של קולות)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(מי שאפשר להצביע לו)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ההצבעה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מצביע מקבל פתק 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המצביע בוחר במועמד ומסמן את בחירתו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סופרים את הקולות ומכריזים על המנצח לפי הרוב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שכל אחד יוכל להצביע בחופשיות, בלי פחד שמישהו ישפוט אותו על הבחירה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רוב - המספר הגדול ביותר של קולות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סודיות מגנה על חופש הבחירה של כל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ועדת הקלפי שומרת על הגינות התהליך וסופרת את הקולות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למשחק ההצבעה בכיתה על נושא אמיתי שמעניין את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הצבעה גלויה לסודית בדוגמאות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לבצע הצבעה קצרה בכיתה בסיום הדף כדי להמחיש את התהליך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מבצע קלפי – חדר בריחה ליסודי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מבצע קלפי - הצבעה ובחירות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ביער השקדים כל החיות עומדות להצביע מה לבנות בקרחת היער. כדי לעזור לטובי היענשוף לפתוח את תיבת הקלפי, נלמד איך בוחרים ומצביעים בצורה הוגנת.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קלפי  ·  רוב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משתמשים בתיבת קלפי?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לשמור את הפתקים עד שסופרים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לשמור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לשמור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זה 'רוב' בהצבעה?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המספר הגדול ביותר של 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המספר הקטן ביותר של 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מספר שווה אצל כולם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קלפי היא התיבה שבה שמים את פתקי ההצבעה.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 שמקבל הכי הרבה קולות מנצח לפי כלל הרוב.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שמים את פתק ההצבעה בתוך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הוא המספר הגדול ביותר של קולות בהצבעה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 שאפשר להצביע 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תיבה לשמירת הפתקים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מועמד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המספר הגדול ביותר של קולות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ההצבעה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סופרים את הקולות ומכריזים על המנצח לפי הרוב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מצביע מקבל פתק הצבעה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המצביע בוחר במועמד ומסמן את בחירתו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חשוב שההצבעה תהיה סודית?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'רוב' בהצבעה?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חשובה סודיות ההצבעה?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מבצע קלפי - הצבעה ובחירות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